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D7CB" w14:textId="77777777" w:rsidR="00370849" w:rsidRDefault="00000000">
      <w:pPr>
        <w:rPr>
          <w:rFonts w:hint="eastAsia"/>
        </w:rPr>
      </w:pPr>
      <w:r>
        <w:rPr>
          <w:highlight w:val="yellow"/>
        </w:rPr>
        <w:t>[LOGO ET NOM DE L'ENTREPRISE]</w:t>
      </w:r>
    </w:p>
    <w:p w14:paraId="3A755AAB" w14:textId="77777777" w:rsidR="00370849" w:rsidRDefault="00000000">
      <w:pPr>
        <w:rPr>
          <w:rFonts w:hint="eastAsia"/>
        </w:rPr>
      </w:pPr>
      <w:r>
        <w:rPr>
          <w:b/>
          <w:color w:val="EF1841"/>
          <w:sz w:val="28"/>
        </w:rPr>
        <w:t>Note d'information au personnel</w:t>
      </w:r>
    </w:p>
    <w:p w14:paraId="43241662" w14:textId="77777777" w:rsidR="00370849" w:rsidRDefault="00000000">
      <w:pPr>
        <w:rPr>
          <w:rFonts w:hint="eastAsia"/>
        </w:rPr>
      </w:pPr>
      <w:r>
        <w:t>Diffusion : ensemble des salariés, encadrement, CSE</w:t>
      </w:r>
    </w:p>
    <w:p w14:paraId="5A7B7349" w14:textId="77777777" w:rsidR="00370849" w:rsidRDefault="00000000">
      <w:pPr>
        <w:rPr>
          <w:rFonts w:hint="eastAsia"/>
        </w:rPr>
      </w:pPr>
      <w:r>
        <w:t xml:space="preserve">Date : </w:t>
      </w:r>
      <w:r>
        <w:rPr>
          <w:highlight w:val="yellow"/>
        </w:rPr>
        <w:t>[JJ/MM/2026]</w:t>
      </w:r>
      <w:r>
        <w:t xml:space="preserve">        Émetteur : </w:t>
      </w:r>
      <w:r>
        <w:rPr>
          <w:highlight w:val="yellow"/>
        </w:rPr>
        <w:t>[Direction / Service RH]</w:t>
      </w:r>
    </w:p>
    <w:p w14:paraId="4D028E83" w14:textId="77777777" w:rsidR="00370849" w:rsidRDefault="00370849">
      <w:pPr>
        <w:rPr>
          <w:rFonts w:hint="eastAsia"/>
        </w:rPr>
      </w:pPr>
    </w:p>
    <w:p w14:paraId="76220D01" w14:textId="77777777" w:rsidR="00370849" w:rsidRDefault="00000000">
      <w:pPr>
        <w:rPr>
          <w:rFonts w:hint="eastAsia"/>
        </w:rPr>
      </w:pPr>
      <w:r>
        <w:rPr>
          <w:b/>
        </w:rPr>
        <w:t>Objet : votre Passeport de prévention est accessible à partir du 16 novembre 2026</w:t>
      </w:r>
    </w:p>
    <w:p w14:paraId="1359E244" w14:textId="77777777" w:rsidR="00370849" w:rsidRDefault="00000000">
      <w:pPr>
        <w:rPr>
          <w:rFonts w:hint="eastAsia"/>
        </w:rPr>
      </w:pPr>
      <w:r>
        <w:t>Madame, Monsieur,</w:t>
      </w:r>
    </w:p>
    <w:p w14:paraId="7A4A0AC3" w14:textId="77777777" w:rsidR="00370849" w:rsidRDefault="00000000">
      <w:pPr>
        <w:rPr>
          <w:rFonts w:hint="eastAsia"/>
        </w:rPr>
      </w:pPr>
      <w:r>
        <w:t>À partir du 16 novembre 2026, chaque salarié peut consulter son Passeport de prévention. Ce service numérique public, créé par la loi santé au travail du 2 août 2021 et géré par la Caisse des dépôts, rassemble les formations en santé et sécurité au travail que vous avez suivies : habilitations, autorisations de conduite, secourisme, travail en hauteur, par exemple.</w:t>
      </w:r>
    </w:p>
    <w:p w14:paraId="058BE6A9" w14:textId="77777777" w:rsidR="00370849" w:rsidRDefault="00000000">
      <w:pPr>
        <w:rPr>
          <w:rFonts w:hint="eastAsia"/>
        </w:rPr>
      </w:pPr>
      <w:r>
        <w:rPr>
          <w:b/>
          <w:color w:val="EF1841"/>
          <w:sz w:val="22"/>
        </w:rPr>
        <w:t>Comment y accéder</w:t>
      </w:r>
    </w:p>
    <w:p w14:paraId="631C92C5" w14:textId="77777777" w:rsidR="00370849" w:rsidRDefault="00000000">
      <w:pPr>
        <w:rPr>
          <w:rFonts w:hint="eastAsia"/>
        </w:rPr>
      </w:pPr>
      <w:r>
        <w:t>Le passeport est intégré à votre espace Mon Compte Formation (moncompteformation.gouv.fr). L'accès est gratuit et personnel.</w:t>
      </w:r>
    </w:p>
    <w:p w14:paraId="5A37844E" w14:textId="77777777" w:rsidR="00370849" w:rsidRDefault="00000000">
      <w:pPr>
        <w:rPr>
          <w:rFonts w:hint="eastAsia"/>
        </w:rPr>
      </w:pPr>
      <w:r>
        <w:rPr>
          <w:b/>
          <w:color w:val="EF1841"/>
          <w:sz w:val="22"/>
        </w:rPr>
        <w:t>Ce que vous y trouverez</w:t>
      </w:r>
    </w:p>
    <w:p w14:paraId="1EDB7E07" w14:textId="77777777" w:rsidR="00370849" w:rsidRDefault="00000000">
      <w:pPr>
        <w:rPr>
          <w:rFonts w:hint="eastAsia"/>
        </w:rPr>
      </w:pPr>
      <w:r>
        <w:t>Les formations déclarées par notre entreprise lorsqu'elles ont été dispensées en interne et celles déclarées par les organismes de formation auxquels nous avons fait appel. Le déploiement étant progressif, certaines formations anciennes ou non encore éligibles peuvent ne pas y figurer : cela ne remet pas en cause vos attestations, titres d'habilitation ou autorisations, qui restent valables.</w:t>
      </w:r>
    </w:p>
    <w:p w14:paraId="657E9647" w14:textId="77777777" w:rsidR="00370849" w:rsidRDefault="00000000">
      <w:pPr>
        <w:rPr>
          <w:rFonts w:hint="eastAsia"/>
        </w:rPr>
      </w:pPr>
      <w:r>
        <w:rPr>
          <w:b/>
          <w:color w:val="EF1841"/>
          <w:sz w:val="22"/>
        </w:rPr>
        <w:t>Ce que vous pouvez faire</w:t>
      </w:r>
    </w:p>
    <w:p w14:paraId="4458036D" w14:textId="77777777" w:rsidR="00370849" w:rsidRDefault="00000000">
      <w:pPr>
        <w:rPr>
          <w:rFonts w:hint="eastAsia"/>
        </w:rPr>
      </w:pPr>
      <w:r>
        <w:t>Consulter l'ensemble des données inscrites à votre nom, ajouter les formations santé-sécurité suivies de votre propre initiative et partager votre passeport avec un employeur ou un recruteur si vous le souhaitez.</w:t>
      </w:r>
    </w:p>
    <w:p w14:paraId="7F883A12" w14:textId="77777777" w:rsidR="00370849" w:rsidRDefault="00000000">
      <w:pPr>
        <w:rPr>
          <w:rFonts w:hint="eastAsia"/>
        </w:rPr>
      </w:pPr>
      <w:r>
        <w:rPr>
          <w:b/>
          <w:color w:val="EF1841"/>
          <w:sz w:val="22"/>
        </w:rPr>
        <w:t>Ce que l'entreprise peut consulter</w:t>
      </w:r>
    </w:p>
    <w:p w14:paraId="2828BDB3" w14:textId="77777777" w:rsidR="00370849" w:rsidRDefault="00000000">
      <w:pPr>
        <w:rPr>
          <w:rFonts w:hint="eastAsia"/>
        </w:rPr>
      </w:pPr>
      <w:r>
        <w:t>La loi du 25 juin 2026 autorise l'employeur à consulter et conserver les données nécessaires au suivi de ses obligations de formation en santé et sécurité, sauf opposition de votre part. Ces données sont utilisées uniquement pour organiser vos formations et vos recyclages, dans le respect du règlement général sur la protection des données.</w:t>
      </w:r>
    </w:p>
    <w:p w14:paraId="3E024AED" w14:textId="77777777" w:rsidR="00370849" w:rsidRDefault="00000000">
      <w:pPr>
        <w:rPr>
          <w:rFonts w:hint="eastAsia"/>
        </w:rPr>
      </w:pPr>
      <w:r>
        <w:t xml:space="preserve">Durée de conservation retenue par l'entreprise : </w:t>
      </w:r>
      <w:r>
        <w:rPr>
          <w:highlight w:val="yellow"/>
        </w:rPr>
        <w:t>[à compléter avec votre référent RGPD]</w:t>
      </w:r>
      <w:r>
        <w:t>.</w:t>
      </w:r>
    </w:p>
    <w:p w14:paraId="79014A33" w14:textId="77777777" w:rsidR="00370849" w:rsidRDefault="00000000">
      <w:pPr>
        <w:rPr>
          <w:rFonts w:hint="eastAsia"/>
        </w:rPr>
      </w:pPr>
      <w:r>
        <w:t xml:space="preserve">Pour exercer votre droit d'opposition, adressez-vous à </w:t>
      </w:r>
      <w:r>
        <w:rPr>
          <w:highlight w:val="yellow"/>
        </w:rPr>
        <w:t>[contact]</w:t>
      </w:r>
      <w:r>
        <w:t>.</w:t>
      </w:r>
    </w:p>
    <w:p w14:paraId="41887A24" w14:textId="77777777" w:rsidR="00370849" w:rsidRDefault="00000000">
      <w:pPr>
        <w:rPr>
          <w:rFonts w:hint="eastAsia"/>
        </w:rPr>
      </w:pPr>
      <w:r>
        <w:rPr>
          <w:b/>
          <w:color w:val="EF1841"/>
          <w:sz w:val="22"/>
        </w:rPr>
        <w:t>En cas d'erreur ou de question</w:t>
      </w:r>
    </w:p>
    <w:p w14:paraId="2BC29B69" w14:textId="77777777" w:rsidR="00370849" w:rsidRDefault="00000000">
      <w:pPr>
        <w:rPr>
          <w:rFonts w:hint="eastAsia"/>
        </w:rPr>
      </w:pPr>
      <w:r>
        <w:t xml:space="preserve">Si une formation est absente, mal datée ou mal intitulée, signalez-le à </w:t>
      </w:r>
      <w:r>
        <w:rPr>
          <w:highlight w:val="yellow"/>
        </w:rPr>
        <w:t>[Prénom NOM, fonction]</w:t>
      </w:r>
      <w:r>
        <w:t xml:space="preserve">, </w:t>
      </w:r>
      <w:r>
        <w:rPr>
          <w:highlight w:val="yellow"/>
        </w:rPr>
        <w:t>[adresse e-mail / téléphone]</w:t>
      </w:r>
      <w:r>
        <w:t>. Nous demanderons la correction à l'organisme concerné ou la renseignerons nous-mêmes si elle n'a pas été déclarée.</w:t>
      </w:r>
    </w:p>
    <w:p w14:paraId="63D0C6EF" w14:textId="77777777" w:rsidR="00370849" w:rsidRDefault="00370849">
      <w:pPr>
        <w:rPr>
          <w:rFonts w:hint="eastAsia"/>
        </w:rPr>
      </w:pPr>
    </w:p>
    <w:p w14:paraId="5B6CBD14" w14:textId="77777777" w:rsidR="00370849" w:rsidRDefault="00000000">
      <w:pPr>
        <w:rPr>
          <w:rFonts w:hint="eastAsia"/>
        </w:rPr>
      </w:pPr>
      <w:r>
        <w:t>Nous vous remercions de votre attention.</w:t>
      </w:r>
    </w:p>
    <w:p w14:paraId="759E8493" w14:textId="77777777" w:rsidR="00370849" w:rsidRDefault="00000000">
      <w:pPr>
        <w:rPr>
          <w:rFonts w:hint="eastAsia"/>
        </w:rPr>
      </w:pPr>
      <w:r>
        <w:rPr>
          <w:highlight w:val="yellow"/>
        </w:rPr>
        <w:t>[Signature, nom et fonction]</w:t>
      </w:r>
    </w:p>
    <w:p w14:paraId="058F498B" w14:textId="77777777" w:rsidR="00370849" w:rsidRDefault="00000000">
      <w:pPr>
        <w:rPr>
          <w:rFonts w:hint="eastAsia"/>
        </w:rPr>
      </w:pPr>
      <w:r>
        <w:rPr>
          <w:i/>
          <w:sz w:val="16"/>
        </w:rPr>
        <w:t>Les passages surlignés en jaune sont à adapter avant diffusion. Retirez cette mention.</w:t>
      </w:r>
    </w:p>
    <w:p w14:paraId="650514B0" w14:textId="77777777" w:rsidR="00370849" w:rsidRDefault="00000000">
      <w:pPr>
        <w:rPr>
          <w:rFonts w:hint="eastAsia"/>
        </w:rPr>
      </w:pPr>
      <w:r>
        <w:rPr>
          <w:i/>
          <w:sz w:val="16"/>
        </w:rPr>
        <w:t>Modèle proposé par Bretagne Formation Conseil - bretagne-formation-conseil.fr - à jour au 4 novembre 2026</w:t>
      </w:r>
    </w:p>
    <w:sectPr w:rsidR="00370849"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03768438">
    <w:abstractNumId w:val="8"/>
  </w:num>
  <w:num w:numId="2" w16cid:durableId="610933996">
    <w:abstractNumId w:val="6"/>
  </w:num>
  <w:num w:numId="3" w16cid:durableId="1899319337">
    <w:abstractNumId w:val="5"/>
  </w:num>
  <w:num w:numId="4" w16cid:durableId="664824089">
    <w:abstractNumId w:val="4"/>
  </w:num>
  <w:num w:numId="5" w16cid:durableId="693312265">
    <w:abstractNumId w:val="7"/>
  </w:num>
  <w:num w:numId="6" w16cid:durableId="453208904">
    <w:abstractNumId w:val="3"/>
  </w:num>
  <w:num w:numId="7" w16cid:durableId="168444587">
    <w:abstractNumId w:val="2"/>
  </w:num>
  <w:num w:numId="8" w16cid:durableId="1980256823">
    <w:abstractNumId w:val="1"/>
  </w:num>
  <w:num w:numId="9" w16cid:durableId="1500271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51E8"/>
    <w:rsid w:val="0029639D"/>
    <w:rsid w:val="00326F90"/>
    <w:rsid w:val="00370849"/>
    <w:rsid w:val="00AA1D8D"/>
    <w:rsid w:val="00B47730"/>
    <w:rsid w:val="00CB0664"/>
    <w:rsid w:val="00E300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97AC36"/>
  <w14:defaultImageDpi w14:val="300"/>
  <w15:docId w15:val="{62BDCBF4-961E-4ED1-A04D-6EDC761E9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Montserrat" w:hAnsi="Montserrat"/>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2128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Stéphane durand- BFC</cp:lastModifiedBy>
  <cp:revision>2</cp:revision>
  <dcterms:created xsi:type="dcterms:W3CDTF">2026-11-04T17:16:00Z</dcterms:created>
  <dcterms:modified xsi:type="dcterms:W3CDTF">2026-11-04T17:16:00Z</dcterms:modified>
  <cp:category/>
</cp:coreProperties>
</file>